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והקשבה - דיון מכבד והקשבה ביקורתית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התנהגות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 ונימוק בהקשבה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בדיבור ברור ובטוח מול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לסמן מי מדבר כעת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טענה ונימוק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2-4 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רואה את זה אחרת, כי...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אומר שהשומעים מקשיבים ולא קוטעים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מקבלים מחמאה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המטרות של המשחק 'אוזן ביקורתית'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למשפט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(אני רואה את זה אחרת, 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(אני מסכים/ה 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(אפשר להוסיף נקודה?)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לחזור על זה בבקשה?)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(תודה ששיתפת)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התור בדיון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מחזיקים את מיקרופון הדיבור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את הדעה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השומעים מקשיבים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את המיקרופון לדובר/ת הבא/ה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מחמאה אחת בסוף התור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טענה: כדאי להאריך את ההפסקה. נימוק: יהיה יותר זמן לנוח ולשחק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טענה=הרעיון, נימוק=ההסבר התומך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הכולל 'אני מסכים/ה כי'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מתקבלת, חשוב שתתייחס לכבוד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לפני עבודה בקבוצה 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בעצמכם משפט מכבד אחד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הסעיפים המסומנים ולהתמקד בתרגול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והקשבה - דיון מכבד והקשבה ביקורתית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בתחנת הדיבור וההקשבה לומדים לדבר בתור, להגיב בכבוד ולהקשיב כדי לזהות מה הטענה ומה הנימוק שמאחוריה.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מוקצב לכל דובר/ת במשחק 'במה של דקה'?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'מיקרופון הדיבור'?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מי מדבר כעת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לתזמן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לחלק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'אוזן ביקורתית' התלמידים לומדים לזהות: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ונימוק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משתתפים מתאימים למשחק 'משפטי הכבוד'?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משתתף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2-4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אומרים כשחולקים על מישהו בכבוד?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 טועה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רואה את זה אחרת, כי...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נכון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תפסיק לדבר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לקטוע את הדובר/ת באמצע המשפט כדי להוסיף הערה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החול קובע את הזמן לכל דובר/ת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התור כל אחד מקבל שתי מחמאות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ביקורתית כוללת שימת לב לטיעון חלש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פעם מדבר/ת __________ בלבד, מי שמחזיק/ה את מיקרופון הדיבור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מכבד לדיון: 'אני __________ את זה אחרת, כי...'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אוזן ביקורתית צריך לזהות __________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דובר/ת מקבל/ת בסוף התור __________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למשפט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חולקים על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להוסיף נקודה?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מסכימים עם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לחזור על זה בבקשה?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רוצים להוסיף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רואה את זה אחרת, כי...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הבנו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תודה ששיתפת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מישהו סיים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אני מסכים/ה כי...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התור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השומעים מקשיבים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המיקרופון לדובר/ת הבא/ה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הדעה בבירור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מחמאה אחת בסוף התור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מחזיקים את מיקרופון הדיבור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ונימוק אחד בנושא: כדאי להאריך את ההפסקה בבית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טענה לנימוק?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שמביע הסכמה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החשוב ביותר בדיון מכבד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דיבור והקשבה - דיון מכבד והקשבה ביקורתית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