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דיבור והקשבה - דיון מכבד והקשבה ביקורתית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התנהגות בדיון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טענה ונימוק בהקשבה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בדיבור ברור ובטוח מול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לסמן מי מדבר כעת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טענה ונימוק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2-4 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אני רואה את זה אחרת, כי...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הכלל אומר שהשומעים מקשיבים ולא קוטעים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בכרטיס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מקבלים מחמאה אחת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המטרות של המשחק 'אוזן ביקורתית'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מחמאה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מצב למשפט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(אני רואה את זה אחרת, כי...)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(אני מסכים/ה כי...)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(אפשר להוסיף נקודה?)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(אפשר לחזור על זה בבקשה?)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(תודה ששיתפת)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התור בדיון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מחזיקים את מיקרופון הדיבור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את הדעה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השומעים מקשיבים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מעבירים את המיקרופון לדובר/ת הבא/ה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מקבלים מחמאה אחת בסוף התור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 ודיבור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טענה: כדאי להאריך את ההפסקה. נימוק: יהיה יותר זמן לנוח ולשחק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טענה=הרעיון, נימוק=ההסבר התומך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הכולל 'אני מסכים/ה כי'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מנומקת מתקבלת, חשוב שתתייחס לכבוד הדדי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לפני עבודה בקבוצה 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בעצמכם משפט מכבד אחד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לדלג על הסעיפים המסומנים ולהתמקד בתרגול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דיבור והקשבה - דיון מכבד והקשבה ביקורתית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כאן לומדים לדבר אחד אחרי השני, לכבד מי שמדבר, ולהבין מה הדובר רוצה להגיד ולמה.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מיקרופון הדיבור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שמראה מי מדבר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דיון מכבד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כולם מדברים ומגיבים בנימוס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 ביקורתית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ולבדוק אם הדברים הגיוניים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שמישהו רוצה לשכנע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ההסבר שתומך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 חלש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שלא ממש מסביר או מוכיח את הטענה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 דיבור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שבו מישהו אחד מדבר וכולם מקשיבים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מחמאה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חיובי שאומרים למישהו בסוף התור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מדברים במשחק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חצי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משמש החפץ שמחזיקים?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לסמן מי מדבר כעת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לתזמן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לקשט את התחנה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לחלק מחמאות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לומדים במשחק השלישי?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 ונימוק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ילדים משחקים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משתתף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2-4 משתתפים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5-6 משתתפים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משתתפים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אומרים דעה שונה בנימוס?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אתה טועה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רואה את זה אחרת, כי...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לא נכון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תפסיק לדבר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לקטוע את הדובר/ת באמצע המשפט כדי להוסיף הערה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שעון החול קובע את הזמן לכל דובר/ת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התור כל אחד מקבל שתי מחמאות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ביקורתית כוללת שימת לב לטיעון חלש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פעם מדבר/ת __________ בלבד, מי שמחזיק/ה את מיקרופון הדיבור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משפט מכבד לדיון: 'אני __________ את זה אחרת, כי...'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במשחק אוזן ביקורתית צריך לזהות __________ ונימוק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דובר/ת מקבל/ת בסוף התור __________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מצב למשפט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חולקים על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אני מסכים/ה כי...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מסכימים עם מישהו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 לחזור על זה בבקשה?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רוצים להוסיף רעיון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תודה ששיתפת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לא הבנו משהו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אפשר להוסיף נקודה?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מישהו סיים לדבר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אני רואה את זה אחרת, כי...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התור בדיון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השומעים מקשיבים בשקט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מחזיקים את מיקרופון הדיבור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את הדעה בבירור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מחמאה אחת בסוף התור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את המיקרופון לדובר/ת הבא/ה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כתיבה ודיבור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טענה אחת ונימוק אחד בנושא: כדאי להאריך את ההפסקה בבית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טענה לנימוק?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שמביע הסכמה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הכלל החשוב ביותר בדיון מכבד לדעתכם?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דיבור והקשבה - דיון מכבד והקשבה ביקורתית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