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דיבור והקשבה - דיון מכבד והקשבה ביקורתית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כללי התנהגות בדיון מכבד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טענה ונימוק בהקשבה ביקורתית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להתנסות בדיבור ברור ובטוח מול 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דקה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לסמן מי מדבר כעת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הכלל אומר שהשומעים מקשיבים ולא קוטעים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כתוב בכרטיס הכללים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מחמאה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מצב למשפט מכבד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(אני רואה את זה אחרת, כי...)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(אני מסכים/ה כי...)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(אפשר להוסיף נקודה?)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התור בדיון מכבד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מחזיקים את מיקרופון הדיבור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אומרים את הדעה בבירור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השומעים מקשיבים בשקט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מעבירים את המיקרופון לדובר/ת הבא/ה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תרגול כתיבה ודיבור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טענה=הרעיון, נימוק=ההסבר התומך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הכולל 'אני מסכים/ה כי' או דומה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מנומקת מתקבלת, חשוב שתתייחס לכבוד הדדי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בזוגות לפני עבודה בקבוצה 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בעצמכם משפט מכבד אחד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חנ״מ אפשר לדלג על הסעיפים המסומנים ולהתמקד בתרגול בעל פה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דיבור והקשבה - דיון מכבד והקשבה ביקורתית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בתחנת הדיבור וההקשבה לומדים לדבר בתור, להגיב בכבוד ולהקשיב כדי לזהות מה הטענה ומה הנימוק שמאחוריה.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אחד  ·  מחמאה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זמן מוקצב לכל דובר/ת במשחק 'במה של דקה'?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חצי דקה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דקה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שתי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תפקיד 'מיקרופון הדיבור'?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לסמן מי מדבר כעת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לתזמן את המשחק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לקשט את התחנה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מותר לקטוע את הדובר/ת באמצע המשפט כדי להוסיף הערה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שעון החול קובע את הזמן לכל דובר/ת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בכל פעם מדבר/ת __________ בלבד, מי שמחזיק/ה את מיקרופון הדיבור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כל דובר/ת מקבל/ת בסוף התור __________ אחת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מצב למשפט מכבד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חולקים על דעה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אני מסכים/ה כי...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מסכימים עם מישהו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אפשר להוסיף נקודה?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רוצים להוסיף רעיון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אני רואה את זה אחרת, כי...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התור בדיון מכבד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השומעים מקשיבים בשקט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מעבירים את המיקרופון לדובר/ת הבא/ה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אומרים את הדעה בבירור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מחזיקים את מיקרופון הדיבור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תרגול כתיבה ודיבור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ההבדל בין טענה לנימוק?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משפט אחד שמביע הסכמה בכבוד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דיבור והקשבה - דיון מכבד והקשבה ביקורתית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